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Liberation Sans" w:hAnsi="Liberation Sans" w:eastAsia="Liberation Sans"/>
          <w:b/>
          <w:sz w:val="30"/>
        </w:rPr>
        <w:t>M&amp;I CARDS</w:t>
      </w:r>
    </w:p>
    <w:p>
      <w:pPr>
        <w:jc w:val="center"/>
      </w:pPr>
      <w:r>
        <w:rPr>
          <w:b/>
          <w:sz w:val="26"/>
        </w:rPr>
        <w:t>FORMULARZ ODSTĄPIENIA OD UMOWY</w:t>
      </w:r>
    </w:p>
    <w:p>
      <w:pPr>
        <w:jc w:val="center"/>
      </w:pPr>
      <w:r>
        <w:rPr>
          <w:i/>
          <w:sz w:val="17"/>
        </w:rPr>
        <w:t>(wzór zgodny z załącznikiem nr 2 do ustawy o prawach konsumenta)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  <w:shd w:fill="F2F2F2"/>
            <w:tcMar>
              <w:top w:w="110" w:type="dxa"/>
              <w:start w:w="160" w:type="dxa"/>
              <w:bottom w:w="110" w:type="dxa"/>
              <w:end w:w="160" w:type="dxa"/>
            </w:tcMar>
            <w:vAlign w:val="center"/>
          </w:tcPr>
          <w:p>
            <w:r>
              <w:rPr>
                <w:b/>
                <w:sz w:val="18"/>
              </w:rPr>
              <w:t>ADRESAT / SPRZEDAWCA</w:t>
            </w:r>
            <w:r>
              <w:rPr>
                <w:b/>
                <w:sz w:val="18"/>
              </w:rPr>
              <w:br/>
              <w:t>Mateusz Tomala</w:t>
            </w:r>
            <w:r>
              <w:rPr>
                <w:b w:val="0"/>
                <w:sz w:val="18"/>
              </w:rPr>
              <w:br/>
              <w:t>marka handlowa: M&amp;I Cards</w:t>
            </w:r>
            <w:r>
              <w:rPr>
                <w:b w:val="0"/>
                <w:sz w:val="18"/>
              </w:rPr>
              <w:br/>
              <w:t>adres do zwrotów i reklamacji: ul. Żwirki i Wigury 5/1, 54-621 Wrocław</w:t>
            </w:r>
            <w:r>
              <w:rPr>
                <w:b w:val="0"/>
                <w:sz w:val="18"/>
              </w:rPr>
              <w:br/>
              <w:t>e-mail: micards21@gmail.com   |   NIP: 8943290205</w:t>
            </w:r>
          </w:p>
        </w:tc>
      </w:tr>
    </w:tbl>
    <w:p>
      <w:pPr>
        <w:spacing w:before="120"/>
      </w:pPr>
      <w:r>
        <w:rPr>
          <w:b/>
        </w:rPr>
        <w:t>Niniejszym informuję o odstąpieniu od umowy dotyczącej:</w:t>
      </w:r>
    </w:p>
    <w:p>
      <w:pPr>
        <w:spacing w:before="40"/>
      </w:pPr>
      <w:r>
        <w:rPr>
          <w:b/>
        </w:rPr>
        <w:t>Towaru / usługi / miejsca w Breaku:</w:t>
      </w:r>
    </w:p>
    <w:p>
      <w:pPr>
        <w:spacing w:after="20"/>
        <w:pBdr>
          <w:bottom w:val="single" w:sz="6" w:space="1" w:color="888888"/>
        </w:pBdr>
      </w:pPr>
      <w:r>
        <w:t xml:space="preserve"> </w:t>
      </w:r>
    </w:p>
    <w:p>
      <w:pPr>
        <w:spacing w:before="40"/>
      </w:pPr>
      <w:r>
        <w:rPr>
          <w:b/>
        </w:rPr>
        <w:t>Numer zamówienia:</w:t>
      </w:r>
    </w:p>
    <w:p>
      <w:pPr>
        <w:spacing w:after="20"/>
        <w:pBdr>
          <w:bottom w:val="single" w:sz="6" w:space="1" w:color="888888"/>
        </w:pBdr>
      </w:pPr>
      <w:r>
        <w:t xml:space="preserve"> </w:t>
      </w:r>
    </w:p>
    <w:p>
      <w:pPr>
        <w:spacing w:before="40"/>
      </w:pPr>
      <w:r>
        <w:rPr>
          <w:b/>
        </w:rPr>
        <w:t>Data zawarcia umowy:</w:t>
      </w:r>
    </w:p>
    <w:p>
      <w:pPr>
        <w:spacing w:after="20"/>
        <w:pBdr>
          <w:bottom w:val="single" w:sz="6" w:space="1" w:color="888888"/>
        </w:pBdr>
      </w:pPr>
      <w:r>
        <w:t xml:space="preserve"> </w:t>
      </w:r>
    </w:p>
    <w:p>
      <w:pPr>
        <w:spacing w:before="40"/>
      </w:pPr>
      <w:r>
        <w:rPr>
          <w:b/>
        </w:rPr>
        <w:t>Data odbioru towaru (jeżeli dotyczy):</w:t>
      </w:r>
    </w:p>
    <w:p>
      <w:pPr>
        <w:spacing w:after="20"/>
        <w:pBdr>
          <w:bottom w:val="single" w:sz="6" w:space="1" w:color="888888"/>
        </w:pBdr>
      </w:pPr>
      <w:r>
        <w:t xml:space="preserve"> </w:t>
      </w:r>
    </w:p>
    <w:p>
      <w:pPr>
        <w:spacing w:before="40"/>
      </w:pPr>
      <w:r>
        <w:rPr>
          <w:b/>
        </w:rPr>
        <w:t>Imię i nazwisko konsumenta(-ów):</w:t>
      </w:r>
    </w:p>
    <w:p>
      <w:pPr>
        <w:spacing w:after="20"/>
        <w:pBdr>
          <w:bottom w:val="single" w:sz="6" w:space="1" w:color="888888"/>
        </w:pBdr>
      </w:pPr>
      <w:r>
        <w:t xml:space="preserve"> </w:t>
      </w:r>
    </w:p>
    <w:p>
      <w:pPr>
        <w:spacing w:before="40"/>
      </w:pPr>
      <w:r>
        <w:rPr>
          <w:b/>
        </w:rPr>
        <w:t>Adres konsumenta(-ów):</w:t>
      </w:r>
    </w:p>
    <w:p>
      <w:pPr>
        <w:spacing w:after="20"/>
        <w:pBdr>
          <w:bottom w:val="single" w:sz="6" w:space="1" w:color="888888"/>
        </w:pBdr>
      </w:pPr>
      <w:r>
        <w:t xml:space="preserve"> </w:t>
      </w:r>
    </w:p>
    <w:p>
      <w:pPr>
        <w:spacing w:before="40"/>
      </w:pPr>
      <w:r>
        <w:rPr>
          <w:b/>
        </w:rPr>
        <w:t>Adres e-mail lub numer telefonu (opcjonalnie):</w:t>
      </w:r>
    </w:p>
    <w:p>
      <w:pPr>
        <w:spacing w:after="20"/>
        <w:pBdr>
          <w:bottom w:val="single" w:sz="6" w:space="1" w:color="888888"/>
        </w:pBdr>
      </w:pPr>
      <w:r>
        <w:t xml:space="preserve"> </w:t>
      </w:r>
    </w:p>
    <w:p>
      <w:pPr>
        <w:spacing w:before="60"/>
      </w:pPr>
      <w:r>
        <w:rPr>
          <w:b/>
        </w:rPr>
        <w:t>Numer rachunku bankowego do zwrotu (tylko gdy uzgodniono zwrot inną metodą):</w:t>
      </w:r>
    </w:p>
    <w:p>
      <w:pPr>
        <w:pBdr>
          <w:bottom w:val="single" w:sz="6" w:space="1" w:color="888888"/>
        </w:pBdr>
      </w:pPr>
      <w: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62"/>
        <w:gridCol w:w="4762"/>
      </w:tblGrid>
      <w:tr>
        <w:tc>
          <w:tcPr>
            <w:tcW w:type="dxa" w:w="4989"/>
            <w:tcMar>
              <w:top w:w="60" w:type="dxa"/>
              <w:start w:w="80" w:type="dxa"/>
              <w:bottom w:w="40" w:type="dxa"/>
              <w:end w:w="80" w:type="dxa"/>
            </w:tcMar>
            <w:vAlign w:val="bottom"/>
          </w:tcPr>
          <w:p>
            <w:pPr>
              <w:pBdr>
                <w:bottom w:val="single" w:sz="6" w:space="1" w:color="888888"/>
              </w:pBdr>
            </w:pPr>
            <w:r>
              <w:br/>
              <w:br/>
            </w:r>
          </w:p>
        </w:tc>
        <w:tc>
          <w:tcPr>
            <w:tcW w:type="dxa" w:w="4989"/>
            <w:tcMar>
              <w:top w:w="60" w:type="dxa"/>
              <w:start w:w="80" w:type="dxa"/>
              <w:bottom w:w="40" w:type="dxa"/>
              <w:end w:w="80" w:type="dxa"/>
            </w:tcMar>
            <w:vAlign w:val="bottom"/>
          </w:tcPr>
          <w:p>
            <w:pPr>
              <w:pBdr>
                <w:bottom w:val="single" w:sz="6" w:space="1" w:color="888888"/>
              </w:pBdr>
            </w:pPr>
            <w:r>
              <w:br/>
              <w:br/>
            </w:r>
          </w:p>
        </w:tc>
      </w:tr>
      <w:tr>
        <w:tc>
          <w:tcPr>
            <w:tcW w:type="dxa" w:w="4989"/>
            <w:tcMar>
              <w:top w:w="60" w:type="dxa"/>
              <w:start w:w="80" w:type="dxa"/>
              <w:bottom w:w="40" w:type="dxa"/>
              <w:end w:w="80" w:type="dxa"/>
            </w:tcMar>
            <w:vAlign w:val="bottom"/>
          </w:tcPr>
          <w:p>
            <w:pPr>
              <w:jc w:val="center"/>
            </w:pPr>
            <w:r>
              <w:rPr>
                <w:i/>
                <w:sz w:val="17"/>
              </w:rPr>
              <w:t>Miejscowość i data</w:t>
            </w:r>
          </w:p>
        </w:tc>
        <w:tc>
          <w:tcPr>
            <w:tcW w:type="dxa" w:w="4989"/>
            <w:tcMar>
              <w:top w:w="60" w:type="dxa"/>
              <w:start w:w="80" w:type="dxa"/>
              <w:bottom w:w="40" w:type="dxa"/>
              <w:end w:w="80" w:type="dxa"/>
            </w:tcMar>
            <w:vAlign w:val="bottom"/>
          </w:tcPr>
          <w:p>
            <w:pPr>
              <w:jc w:val="center"/>
            </w:pPr>
            <w:r>
              <w:rPr>
                <w:i/>
                <w:sz w:val="17"/>
              </w:rPr>
              <w:t>Podpis konsumenta(-ów)*</w:t>
            </w:r>
          </w:p>
        </w:tc>
      </w:tr>
    </w:tbl>
    <w:p>
      <w:pPr>
        <w:spacing w:before="100"/>
      </w:pPr>
      <w:r>
        <w:rPr>
          <w:i/>
          <w:sz w:val="16"/>
        </w:rPr>
        <w:t>* Podpis jest wymagany wyłącznie wtedy, gdy formularz jest przesyłany w wersji papierowej.</w:t>
      </w:r>
    </w:p>
    <w:p>
      <w:pPr>
        <w:spacing w:before="60"/>
      </w:pPr>
      <w:r>
        <w:rPr>
          <w:sz w:val="16"/>
        </w:rPr>
        <w:t>Formularz ma charakter pomocniczy. Konsument może odstąpić od umowy także poprzez przesłanie innego jednoznacznego oświadczenia, np. wiadomością e-mail na adres micards21@gmail.com.</w:t>
      </w:r>
    </w:p>
    <w:sectPr w:rsidR="00FC693F" w:rsidRPr="0006063C" w:rsidSect="00034616">
      <w:footerReference w:type="default" r:id="rId9"/>
      <w:pgSz w:w="11906" w:h="16838"/>
      <w:pgMar w:top="822" w:right="964" w:bottom="822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Sprzedawca: Mateusz Tomala | marka handlowa: M&amp;I Cards | NIP 8943290205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Liberation Sans" w:hAnsi="Liberation Sans" w:eastAsia="Liberation San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odstąpienia od umowy - Mateusz Tomala / M&amp;I Cards</dc:title>
  <dc:subject>Wzór formularza odstąpienia od umowy</dc:subject>
  <dc:creator>Mateusz Tomala</dc:creator>
  <cp:keywords>odstąpienie od umowy, M&amp;I Cards, Mateusz Tomala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